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4: Sự ra đời và phát triển của ASEAN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tr.21–24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tr.21–24,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ASEAN được thành lập ngày ………-8-1967 tại ……… (Thái Lan) với ……… nước sáng lập.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Việt Nam gia nhập ASEAN vào năm nào?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1984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1995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1997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1999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nước ở cột A với năm gia nhập ASEAN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Bru-nây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1999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Việt Nam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1997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Lào và Mi-an-ma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1984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Cam-pu-chia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1995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Năm nước sáng lập ASEAN gồm In-đô-nê-xi-a, Ma-lai-xi-a, Phi-líp-pin, Xin-ga-po, Thái Lan.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Mục đích của ASEAN là chỉ hợp tác về quân sự.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Hiến chương ASEAN được công bố năm 2007.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Năm 1999, ASEAN kết nạp Cam-pu-chia và trở thành ASEAN 10.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ba giai đoạn đầu trong quá trình phát triển của ASEAN (điền đặc điểm).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Giai đoạn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Đặc điểm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1967–1976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1976–1999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1999–2015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bối cảnh ra đời của ASEAN.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Nhóm nguyên nhân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Xu thế chung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Nhu cầu của các nước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Kinh nghiệm trước đó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ý nghĩa của quá trình mở rộng từ ASEAN 5 lên ASEAN 10.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Có ý kiến cho rằng: “Đóng góp quan trọng nhất của ASEAN trong hơn 50 năm qua là xây dựng được môi trường hoà bình, ổn định ở Đông Nam Á.” Em đồng ý hay không? Trình bày lập luận.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đề xuất 1 việc học sinh có thể làm để hiểu biết hơn về các nước thành viên ASEAN. Vì sao?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